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C4F49" w14:textId="77777777" w:rsidR="00954182" w:rsidRDefault="00000000">
      <w:pPr>
        <w:pStyle w:val="Balk1"/>
      </w:pPr>
      <w:r>
        <w:t>SLAYT 1–11 ZOR SEVİYE SORU SETİ</w:t>
      </w:r>
    </w:p>
    <w:p w14:paraId="5FAA5605" w14:textId="77777777" w:rsidR="00954182" w:rsidRDefault="00000000">
      <w:pPr>
        <w:pStyle w:val="Balk1"/>
      </w:pPr>
      <w:r>
        <w:t>Slayt 1 – Oran Orantı</w:t>
      </w:r>
    </w:p>
    <w:p w14:paraId="24B2E7FE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1) Bir karışımda su:alkol oranı 3:5’tir. Karışıma 12 litre su eklendiğinde oran 1:1 oluyor. Başlangıçta toplam kaç litre karışım vardır?</w:t>
      </w:r>
    </w:p>
    <w:p w14:paraId="7E7ABD82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A) 32   B) 40   C) 48   D) 56</w:t>
      </w:r>
    </w:p>
    <w:p w14:paraId="0F787DD0" w14:textId="0E5959D2" w:rsidR="00CA7AFF" w:rsidRDefault="00000000">
      <w:pPr>
        <w:rPr>
          <w:lang w:val="pt-PT"/>
        </w:rPr>
      </w:pPr>
      <w:r w:rsidRPr="00342FE6">
        <w:rPr>
          <w:lang w:val="pt-PT"/>
        </w:rPr>
        <w:t>Doğru cevap: C</w:t>
      </w:r>
    </w:p>
    <w:p w14:paraId="5CDE3811" w14:textId="759C34C1" w:rsidR="00CA7AFF" w:rsidRPr="00342FE6" w:rsidRDefault="00CA7AFF">
      <w:pPr>
        <w:rPr>
          <w:lang w:val="pt-PT"/>
        </w:rPr>
      </w:pPr>
      <w:r w:rsidRPr="00CA7AFF">
        <w:rPr>
          <w:noProof/>
          <w:lang w:val="pt-PT"/>
        </w:rPr>
        <w:drawing>
          <wp:inline distT="0" distB="0" distL="0" distR="0" wp14:anchorId="04A0B7BE" wp14:editId="3D029332">
            <wp:extent cx="4727843" cy="5372100"/>
            <wp:effectExtent l="0" t="0" r="0" b="0"/>
            <wp:docPr id="998209569" name="Resim 1" descr="metin, doküman, belge, yazı tipi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209569" name="Resim 1" descr="metin, doküman, belge, yazı tipi içeren bir resim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31850" cy="5376653"/>
                    </a:xfrm>
                    <a:prstGeom prst="rect">
                      <a:avLst/>
                    </a:prstGeom>
                    <a:effectLst>
                      <a:innerShdw blurRad="63500" dist="50800" dir="16200000">
                        <a:prstClr val="black">
                          <a:alpha val="50000"/>
                        </a:prstClr>
                      </a:innerShdw>
                    </a:effectLst>
                  </pic:spPr>
                </pic:pic>
              </a:graphicData>
            </a:graphic>
          </wp:inline>
        </w:drawing>
      </w:r>
    </w:p>
    <w:p w14:paraId="349AFE29" w14:textId="77777777" w:rsidR="00954182" w:rsidRPr="00342FE6" w:rsidRDefault="00954182">
      <w:pPr>
        <w:rPr>
          <w:lang w:val="pt-PT"/>
        </w:rPr>
      </w:pPr>
    </w:p>
    <w:p w14:paraId="39153D2B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lastRenderedPageBreak/>
        <w:t>2) x ile y ters orantılıdır. x=4 iken y=18’dir. x, 150% arttırılırsa y kaç olur?</w:t>
      </w:r>
    </w:p>
    <w:p w14:paraId="7ED85F07" w14:textId="1ED832F2" w:rsidR="00954182" w:rsidRPr="00342FE6" w:rsidRDefault="00000000">
      <w:pPr>
        <w:rPr>
          <w:lang w:val="pt-PT"/>
        </w:rPr>
      </w:pPr>
      <w:r w:rsidRPr="00342FE6">
        <w:rPr>
          <w:lang w:val="pt-PT"/>
        </w:rPr>
        <w:t xml:space="preserve">A) </w:t>
      </w:r>
      <w:r w:rsidR="00086F48">
        <w:rPr>
          <w:lang w:val="pt-PT"/>
        </w:rPr>
        <w:t>7</w:t>
      </w:r>
      <w:r w:rsidRPr="00342FE6">
        <w:rPr>
          <w:lang w:val="pt-PT"/>
        </w:rPr>
        <w:t>.</w:t>
      </w:r>
      <w:r w:rsidR="00086F48">
        <w:rPr>
          <w:lang w:val="pt-PT"/>
        </w:rPr>
        <w:t>2</w:t>
      </w:r>
      <w:r w:rsidRPr="00342FE6">
        <w:rPr>
          <w:lang w:val="pt-PT"/>
        </w:rPr>
        <w:t xml:space="preserve">   B) 4.5   C) 6   D) 9</w:t>
      </w:r>
    </w:p>
    <w:p w14:paraId="4DC28987" w14:textId="77777777" w:rsidR="00954182" w:rsidRDefault="00000000">
      <w:pPr>
        <w:rPr>
          <w:lang w:val="pt-PT"/>
        </w:rPr>
      </w:pPr>
      <w:r w:rsidRPr="00342FE6">
        <w:rPr>
          <w:lang w:val="pt-PT"/>
        </w:rPr>
        <w:t>Doğru cevap: A</w:t>
      </w:r>
    </w:p>
    <w:p w14:paraId="0194460E" w14:textId="53236285" w:rsidR="00086F48" w:rsidRDefault="00086F48">
      <w:pPr>
        <w:rPr>
          <w:lang w:val="pt-PT"/>
        </w:rPr>
      </w:pPr>
      <w:r w:rsidRPr="00086F48">
        <w:rPr>
          <w:noProof/>
          <w:lang w:val="pt-PT"/>
        </w:rPr>
        <w:drawing>
          <wp:inline distT="0" distB="0" distL="0" distR="0" wp14:anchorId="0F877D82" wp14:editId="49358CD7">
            <wp:extent cx="5028088" cy="6096000"/>
            <wp:effectExtent l="0" t="0" r="1270" b="0"/>
            <wp:docPr id="654520079" name="Resim 1" descr="metin, doküman, belge, ekran görüntüsü, yazı tipi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520079" name="Resim 1" descr="metin, doküman, belge, ekran görüntüsü, yazı tipi içeren bir resim&#10;&#10;Yapay zeka tarafından oluşturulmuş içerik yanlış olabilir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2737" cy="6101637"/>
                    </a:xfrm>
                    <a:prstGeom prst="rect">
                      <a:avLst/>
                    </a:prstGeom>
                    <a:effectLst>
                      <a:innerShdw blurRad="63500" dist="50800" dir="16200000">
                        <a:prstClr val="black">
                          <a:alpha val="50000"/>
                        </a:prstClr>
                      </a:innerShdw>
                    </a:effectLst>
                  </pic:spPr>
                </pic:pic>
              </a:graphicData>
            </a:graphic>
          </wp:inline>
        </w:drawing>
      </w:r>
    </w:p>
    <w:p w14:paraId="10901BBD" w14:textId="77777777" w:rsidR="00086F48" w:rsidRDefault="00086F48">
      <w:pPr>
        <w:rPr>
          <w:lang w:val="pt-PT"/>
        </w:rPr>
      </w:pPr>
    </w:p>
    <w:p w14:paraId="698BE9E7" w14:textId="77777777" w:rsidR="00086F48" w:rsidRDefault="00086F48">
      <w:pPr>
        <w:rPr>
          <w:lang w:val="pt-PT"/>
        </w:rPr>
      </w:pPr>
    </w:p>
    <w:p w14:paraId="0980422A" w14:textId="77777777" w:rsidR="00086F48" w:rsidRDefault="00086F48">
      <w:pPr>
        <w:rPr>
          <w:lang w:val="pt-PT"/>
        </w:rPr>
      </w:pPr>
    </w:p>
    <w:p w14:paraId="416417EA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lastRenderedPageBreak/>
        <w:t>3) A:B=4:7 ve B:C=3:8 ise A:C oranı nedir?</w:t>
      </w:r>
    </w:p>
    <w:p w14:paraId="37F64180" w14:textId="7B64D46C" w:rsidR="00954182" w:rsidRPr="00342FE6" w:rsidRDefault="00000000">
      <w:pPr>
        <w:rPr>
          <w:lang w:val="pt-PT"/>
        </w:rPr>
      </w:pPr>
      <w:r w:rsidRPr="00342FE6">
        <w:rPr>
          <w:lang w:val="pt-PT"/>
        </w:rPr>
        <w:t>A) 6/7   B) 12/56   C)  3/14   D) 24/21</w:t>
      </w:r>
    </w:p>
    <w:p w14:paraId="7D3BAF00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Doğru cevap: C</w:t>
      </w:r>
    </w:p>
    <w:p w14:paraId="75B59B97" w14:textId="60720BFC" w:rsidR="00954182" w:rsidRPr="00342FE6" w:rsidRDefault="000A58EE">
      <w:pPr>
        <w:rPr>
          <w:lang w:val="pt-PT"/>
        </w:rPr>
      </w:pPr>
      <w:r w:rsidRPr="000A58EE">
        <w:rPr>
          <w:noProof/>
          <w:lang w:val="pt-PT"/>
        </w:rPr>
        <w:drawing>
          <wp:inline distT="0" distB="0" distL="0" distR="0" wp14:anchorId="1242A05C" wp14:editId="480CC542">
            <wp:extent cx="4747260" cy="6550404"/>
            <wp:effectExtent l="0" t="0" r="0" b="3175"/>
            <wp:docPr id="883456660" name="Resim 1" descr="metin, doküman, belge, yazı tipi, ekran görüntüsü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456660" name="Resim 1" descr="metin, doküman, belge, yazı tipi, ekran görüntüsü içeren bir resim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48573" cy="6552215"/>
                    </a:xfrm>
                    <a:prstGeom prst="rect">
                      <a:avLst/>
                    </a:prstGeom>
                    <a:effectLst>
                      <a:innerShdw blurRad="63500" dist="50800" dir="16200000">
                        <a:schemeClr val="accent2">
                          <a:alpha val="50000"/>
                        </a:schemeClr>
                      </a:innerShdw>
                    </a:effectLst>
                  </pic:spPr>
                </pic:pic>
              </a:graphicData>
            </a:graphic>
          </wp:inline>
        </w:drawing>
      </w:r>
    </w:p>
    <w:p w14:paraId="531EF527" w14:textId="77777777" w:rsidR="00954182" w:rsidRPr="00342FE6" w:rsidRDefault="00000000">
      <w:pPr>
        <w:pStyle w:val="Balk1"/>
        <w:rPr>
          <w:lang w:val="pt-PT"/>
        </w:rPr>
      </w:pPr>
      <w:r w:rsidRPr="00342FE6">
        <w:rPr>
          <w:lang w:val="pt-PT"/>
        </w:rPr>
        <w:lastRenderedPageBreak/>
        <w:t>Slayt 2 – Çarpanlara Ayırma</w:t>
      </w:r>
    </w:p>
    <w:p w14:paraId="65AFB866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1) x² − 11x + 30 ifadesinin köklerinin toplamı ve çarpımı sırasıyla nedir?</w:t>
      </w:r>
    </w:p>
    <w:p w14:paraId="21421C17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A) 10 ve 31   B) 11 ve 30   C) 11 ve −30   D) −11 ve 30</w:t>
      </w:r>
    </w:p>
    <w:p w14:paraId="003C5B93" w14:textId="551946C0" w:rsidR="00954182" w:rsidRPr="00342FE6" w:rsidRDefault="00000000">
      <w:pPr>
        <w:rPr>
          <w:lang w:val="pt-PT"/>
        </w:rPr>
      </w:pPr>
      <w:r w:rsidRPr="00342FE6">
        <w:rPr>
          <w:lang w:val="pt-PT"/>
        </w:rPr>
        <w:t xml:space="preserve">Doğru cevap: </w:t>
      </w:r>
      <w:r w:rsidR="00F85385">
        <w:rPr>
          <w:lang w:val="pt-PT"/>
        </w:rPr>
        <w:t>B</w:t>
      </w:r>
    </w:p>
    <w:p w14:paraId="2691D93E" w14:textId="77777777" w:rsidR="00954182" w:rsidRPr="00342FE6" w:rsidRDefault="00954182">
      <w:pPr>
        <w:rPr>
          <w:lang w:val="pt-PT"/>
        </w:rPr>
      </w:pPr>
    </w:p>
    <w:p w14:paraId="4447D3E6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2) (x−5)(x+7)=x²+kx−35 denklemi için k kaçtır?</w:t>
      </w:r>
    </w:p>
    <w:p w14:paraId="12990582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A) 1   B) 2   C) −2   D) −12</w:t>
      </w:r>
    </w:p>
    <w:p w14:paraId="137515BC" w14:textId="06284A8E" w:rsidR="00954182" w:rsidRPr="00342FE6" w:rsidRDefault="00000000">
      <w:pPr>
        <w:rPr>
          <w:lang w:val="pt-PT"/>
        </w:rPr>
      </w:pPr>
      <w:r w:rsidRPr="00342FE6">
        <w:rPr>
          <w:lang w:val="pt-PT"/>
        </w:rPr>
        <w:t xml:space="preserve">Doğru cevap: </w:t>
      </w:r>
      <w:r w:rsidR="00031D87">
        <w:rPr>
          <w:lang w:val="pt-PT"/>
        </w:rPr>
        <w:t>B</w:t>
      </w:r>
    </w:p>
    <w:p w14:paraId="0DCF880B" w14:textId="77777777" w:rsidR="00954182" w:rsidRPr="00342FE6" w:rsidRDefault="00954182">
      <w:pPr>
        <w:rPr>
          <w:lang w:val="pt-PT"/>
        </w:rPr>
      </w:pPr>
    </w:p>
    <w:p w14:paraId="6DA2D10E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3) 3x³ − 27x ifadesi tam olarak nasıl çarpanlara ayrılır?</w:t>
      </w:r>
    </w:p>
    <w:p w14:paraId="1A3AF5BB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A) 3x(x²−9)   B) 3x(x−3)(x+3)   C) 3(x−9)   D) x(3x−27)</w:t>
      </w:r>
    </w:p>
    <w:p w14:paraId="62F1D349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Doğru cevap: B</w:t>
      </w:r>
    </w:p>
    <w:p w14:paraId="724374E1" w14:textId="77777777" w:rsidR="00954182" w:rsidRPr="00342FE6" w:rsidRDefault="00954182">
      <w:pPr>
        <w:rPr>
          <w:lang w:val="pt-PT"/>
        </w:rPr>
      </w:pPr>
    </w:p>
    <w:p w14:paraId="20E7C205" w14:textId="77777777" w:rsidR="00954182" w:rsidRPr="00342FE6" w:rsidRDefault="00000000">
      <w:pPr>
        <w:pStyle w:val="Balk1"/>
        <w:rPr>
          <w:lang w:val="pt-PT"/>
        </w:rPr>
      </w:pPr>
      <w:r w:rsidRPr="00342FE6">
        <w:rPr>
          <w:lang w:val="pt-PT"/>
        </w:rPr>
        <w:t>Slayt 3 – Üslü Sayılar</w:t>
      </w:r>
    </w:p>
    <w:p w14:paraId="760AEB0B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1) 4⁵ · 8³ işlemi 2’nin kaçıncı kuvvetidir?</w:t>
      </w:r>
    </w:p>
    <w:p w14:paraId="1BE7EBCD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A) 17   B) 18   C) 19   D) 20</w:t>
      </w:r>
    </w:p>
    <w:p w14:paraId="2B4DD30B" w14:textId="524A86E5" w:rsidR="00954182" w:rsidRPr="00342FE6" w:rsidRDefault="00000000">
      <w:pPr>
        <w:rPr>
          <w:lang w:val="pt-PT"/>
        </w:rPr>
      </w:pPr>
      <w:r w:rsidRPr="00342FE6">
        <w:rPr>
          <w:lang w:val="pt-PT"/>
        </w:rPr>
        <w:t xml:space="preserve">Doğru cevap: </w:t>
      </w:r>
      <w:r w:rsidR="000E2CD8">
        <w:rPr>
          <w:lang w:val="pt-PT"/>
        </w:rPr>
        <w:t>C</w:t>
      </w:r>
    </w:p>
    <w:p w14:paraId="63A60FFB" w14:textId="77777777" w:rsidR="00954182" w:rsidRPr="00342FE6" w:rsidRDefault="00954182">
      <w:pPr>
        <w:rPr>
          <w:lang w:val="pt-PT"/>
        </w:rPr>
      </w:pPr>
    </w:p>
    <w:p w14:paraId="74BFF8DB" w14:textId="4BD03E29" w:rsidR="00954182" w:rsidRPr="00342FE6" w:rsidRDefault="00000000">
      <w:pPr>
        <w:rPr>
          <w:lang w:val="pt-PT"/>
        </w:rPr>
      </w:pPr>
      <w:r w:rsidRPr="00342FE6">
        <w:rPr>
          <w:lang w:val="pt-PT"/>
        </w:rPr>
        <w:t>2) (27)</w:t>
      </w:r>
      <w:r w:rsidR="00342FE6" w:rsidRPr="00342FE6">
        <w:rPr>
          <w:lang w:val="pt-PT"/>
        </w:rPr>
        <w:t xml:space="preserve"> </w:t>
      </w:r>
      <w:r w:rsidR="00342FE6">
        <w:rPr>
          <w:lang w:val="pt-PT"/>
        </w:rPr>
        <w:t xml:space="preserve">üssü </w:t>
      </w:r>
      <w:r w:rsidRPr="00342FE6">
        <w:rPr>
          <w:lang w:val="pt-PT"/>
        </w:rPr>
        <w:t>(2/3) ifadesinin değeri kaçtır?</w:t>
      </w:r>
    </w:p>
    <w:p w14:paraId="03BAE040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A) 6   B) 9   C) 12   D) 18</w:t>
      </w:r>
    </w:p>
    <w:p w14:paraId="33399FF0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Doğru cevap: B</w:t>
      </w:r>
    </w:p>
    <w:p w14:paraId="44B985DD" w14:textId="77777777" w:rsidR="00954182" w:rsidRPr="00342FE6" w:rsidRDefault="00954182">
      <w:pPr>
        <w:rPr>
          <w:lang w:val="pt-PT"/>
        </w:rPr>
      </w:pPr>
    </w:p>
    <w:p w14:paraId="1C515AA9" w14:textId="17D1CD75" w:rsidR="00954182" w:rsidRDefault="00000000">
      <w:r>
        <w:t>3) 5</w:t>
      </w:r>
      <w:r w:rsidR="00342FE6">
        <w:t xml:space="preserve"> üssü </w:t>
      </w:r>
      <w:r>
        <w:t>(x+1) = 625 ise x kaçtır?</w:t>
      </w:r>
    </w:p>
    <w:p w14:paraId="780FC408" w14:textId="77777777" w:rsidR="00954182" w:rsidRPr="0082173C" w:rsidRDefault="00000000">
      <w:pPr>
        <w:rPr>
          <w:lang w:val="pt-PT"/>
        </w:rPr>
      </w:pPr>
      <w:r w:rsidRPr="0082173C">
        <w:rPr>
          <w:lang w:val="pt-PT"/>
        </w:rPr>
        <w:t>A) 2   B) 3   C) 4   D) 5</w:t>
      </w:r>
    </w:p>
    <w:p w14:paraId="0FE0616B" w14:textId="77777777" w:rsidR="00954182" w:rsidRPr="0082173C" w:rsidRDefault="00000000">
      <w:pPr>
        <w:rPr>
          <w:lang w:val="pt-PT"/>
        </w:rPr>
      </w:pPr>
      <w:r w:rsidRPr="0082173C">
        <w:rPr>
          <w:lang w:val="pt-PT"/>
        </w:rPr>
        <w:t>Doğru cevap: B</w:t>
      </w:r>
    </w:p>
    <w:p w14:paraId="2E05F8C0" w14:textId="77777777" w:rsidR="00954182" w:rsidRPr="0082173C" w:rsidRDefault="00954182">
      <w:pPr>
        <w:rPr>
          <w:lang w:val="pt-PT"/>
        </w:rPr>
      </w:pPr>
    </w:p>
    <w:p w14:paraId="36249E0A" w14:textId="77777777" w:rsidR="00954182" w:rsidRPr="0082173C" w:rsidRDefault="00000000">
      <w:pPr>
        <w:pStyle w:val="Balk1"/>
        <w:rPr>
          <w:lang w:val="pt-PT"/>
        </w:rPr>
      </w:pPr>
      <w:r w:rsidRPr="0082173C">
        <w:rPr>
          <w:lang w:val="pt-PT"/>
        </w:rPr>
        <w:lastRenderedPageBreak/>
        <w:t>Slayt 4 – Köklü Sayılar</w:t>
      </w:r>
    </w:p>
    <w:p w14:paraId="35CFB9A1" w14:textId="77777777" w:rsidR="00954182" w:rsidRPr="0082173C" w:rsidRDefault="00000000">
      <w:pPr>
        <w:rPr>
          <w:lang w:val="pt-PT"/>
        </w:rPr>
      </w:pPr>
      <w:r w:rsidRPr="0082173C">
        <w:rPr>
          <w:lang w:val="pt-PT"/>
        </w:rPr>
        <w:t>1) √50 + √18 − √8 işleminin sade hâli nedir?</w:t>
      </w:r>
    </w:p>
    <w:p w14:paraId="7D1120B6" w14:textId="77777777" w:rsidR="00954182" w:rsidRPr="0082173C" w:rsidRDefault="00000000">
      <w:pPr>
        <w:rPr>
          <w:lang w:val="pt-PT"/>
        </w:rPr>
      </w:pPr>
      <w:r w:rsidRPr="0082173C">
        <w:rPr>
          <w:lang w:val="pt-PT"/>
        </w:rPr>
        <w:t>A) 5√2   B) 3√2   C) 2√2   D) 6√2</w:t>
      </w:r>
    </w:p>
    <w:p w14:paraId="1520F469" w14:textId="6E6C7E0C" w:rsidR="00954182" w:rsidRPr="0082173C" w:rsidRDefault="00000000">
      <w:pPr>
        <w:rPr>
          <w:lang w:val="pt-PT"/>
        </w:rPr>
      </w:pPr>
      <w:r w:rsidRPr="0082173C">
        <w:rPr>
          <w:lang w:val="pt-PT"/>
        </w:rPr>
        <w:t xml:space="preserve">Doğru cevap: </w:t>
      </w:r>
      <w:r w:rsidR="00C82F4E">
        <w:rPr>
          <w:lang w:val="pt-PT"/>
        </w:rPr>
        <w:t>D</w:t>
      </w:r>
    </w:p>
    <w:p w14:paraId="2C4D1139" w14:textId="77777777" w:rsidR="00954182" w:rsidRPr="0082173C" w:rsidRDefault="00954182">
      <w:pPr>
        <w:rPr>
          <w:lang w:val="pt-PT"/>
        </w:rPr>
      </w:pPr>
    </w:p>
    <w:p w14:paraId="239A9093" w14:textId="77777777" w:rsidR="00954182" w:rsidRPr="0082173C" w:rsidRDefault="00000000">
      <w:pPr>
        <w:rPr>
          <w:lang w:val="pt-PT"/>
        </w:rPr>
      </w:pPr>
      <w:r w:rsidRPr="0082173C">
        <w:rPr>
          <w:lang w:val="pt-PT"/>
        </w:rPr>
        <w:t>2) √45 / √5 işlemi kaçtır?</w:t>
      </w:r>
    </w:p>
    <w:p w14:paraId="7BA91B36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A) 3   B) 6   C) √9   D) 3√5</w:t>
      </w:r>
    </w:p>
    <w:p w14:paraId="2185CF38" w14:textId="77777777" w:rsidR="00954182" w:rsidRPr="00D27E86" w:rsidRDefault="00000000">
      <w:r w:rsidRPr="00D27E86">
        <w:t>Doğru cevap: A</w:t>
      </w:r>
    </w:p>
    <w:p w14:paraId="5ABC89E3" w14:textId="77777777" w:rsidR="00954182" w:rsidRPr="00D27E86" w:rsidRDefault="00954182"/>
    <w:p w14:paraId="0E02C21A" w14:textId="77777777" w:rsidR="00954182" w:rsidRPr="00D27E86" w:rsidRDefault="00000000">
      <w:pPr>
        <w:pStyle w:val="Balk1"/>
      </w:pPr>
      <w:r w:rsidRPr="00D27E86">
        <w:t>Slayt 5 – Mutlak Değer</w:t>
      </w:r>
    </w:p>
    <w:p w14:paraId="1ADD23DC" w14:textId="77777777" w:rsidR="00954182" w:rsidRPr="00D27E86" w:rsidRDefault="00000000">
      <w:r w:rsidRPr="00D27E86">
        <w:t>1) |3x−7| = 5 denkleminin kökleri toplamı nedir?</w:t>
      </w:r>
    </w:p>
    <w:p w14:paraId="30B55C2E" w14:textId="5BF307C4" w:rsidR="00954182" w:rsidRPr="00342FE6" w:rsidRDefault="00000000">
      <w:pPr>
        <w:rPr>
          <w:lang w:val="pt-PT"/>
        </w:rPr>
      </w:pPr>
      <w:r w:rsidRPr="00342FE6">
        <w:rPr>
          <w:lang w:val="pt-PT"/>
        </w:rPr>
        <w:t xml:space="preserve">A) </w:t>
      </w:r>
      <w:r w:rsidR="00084594">
        <w:rPr>
          <w:lang w:val="pt-PT"/>
        </w:rPr>
        <w:t>1</w:t>
      </w:r>
      <w:r w:rsidRPr="00342FE6">
        <w:rPr>
          <w:lang w:val="pt-PT"/>
        </w:rPr>
        <w:t>2</w:t>
      </w:r>
      <w:r w:rsidR="00D74D59">
        <w:rPr>
          <w:lang w:val="pt-PT"/>
        </w:rPr>
        <w:t>/3</w:t>
      </w:r>
      <w:r w:rsidRPr="00342FE6">
        <w:rPr>
          <w:lang w:val="pt-PT"/>
        </w:rPr>
        <w:t xml:space="preserve">   B) </w:t>
      </w:r>
      <w:r w:rsidR="00084594">
        <w:rPr>
          <w:lang w:val="pt-PT"/>
        </w:rPr>
        <w:t>1</w:t>
      </w:r>
      <w:r w:rsidRPr="00342FE6">
        <w:rPr>
          <w:lang w:val="pt-PT"/>
        </w:rPr>
        <w:t>4</w:t>
      </w:r>
      <w:r w:rsidR="00084594">
        <w:rPr>
          <w:lang w:val="pt-PT"/>
        </w:rPr>
        <w:t>/3</w:t>
      </w:r>
      <w:r w:rsidRPr="00342FE6">
        <w:rPr>
          <w:lang w:val="pt-PT"/>
        </w:rPr>
        <w:t xml:space="preserve">   C) </w:t>
      </w:r>
      <w:r w:rsidR="00D74D59">
        <w:rPr>
          <w:lang w:val="pt-PT"/>
        </w:rPr>
        <w:t>4</w:t>
      </w:r>
      <w:r w:rsidRPr="00342FE6">
        <w:rPr>
          <w:lang w:val="pt-PT"/>
        </w:rPr>
        <w:t xml:space="preserve">   D) </w:t>
      </w:r>
      <w:r w:rsidR="00D74D59">
        <w:rPr>
          <w:lang w:val="pt-PT"/>
        </w:rPr>
        <w:t>16/3</w:t>
      </w:r>
    </w:p>
    <w:p w14:paraId="389E1F76" w14:textId="5E61DCBF" w:rsidR="00954182" w:rsidRPr="00342FE6" w:rsidRDefault="00000000">
      <w:pPr>
        <w:rPr>
          <w:lang w:val="pt-PT"/>
        </w:rPr>
      </w:pPr>
      <w:r w:rsidRPr="00342FE6">
        <w:rPr>
          <w:lang w:val="pt-PT"/>
        </w:rPr>
        <w:t xml:space="preserve">Doğru cevap: </w:t>
      </w:r>
      <w:r w:rsidR="00084594">
        <w:rPr>
          <w:lang w:val="pt-PT"/>
        </w:rPr>
        <w:t>B</w:t>
      </w:r>
    </w:p>
    <w:p w14:paraId="2529C809" w14:textId="77777777" w:rsidR="00954182" w:rsidRPr="00342FE6" w:rsidRDefault="00954182">
      <w:pPr>
        <w:rPr>
          <w:lang w:val="pt-PT"/>
        </w:rPr>
      </w:pPr>
    </w:p>
    <w:p w14:paraId="2AF23D92" w14:textId="77777777" w:rsidR="00954182" w:rsidRPr="00342FE6" w:rsidRDefault="00954182">
      <w:pPr>
        <w:rPr>
          <w:lang w:val="pt-PT"/>
        </w:rPr>
      </w:pPr>
    </w:p>
    <w:p w14:paraId="2A30CF80" w14:textId="77777777" w:rsidR="00954182" w:rsidRPr="00342FE6" w:rsidRDefault="00000000">
      <w:pPr>
        <w:pStyle w:val="Balk1"/>
        <w:rPr>
          <w:lang w:val="pt-PT"/>
        </w:rPr>
      </w:pPr>
      <w:r w:rsidRPr="00342FE6">
        <w:rPr>
          <w:lang w:val="pt-PT"/>
        </w:rPr>
        <w:t>Slayt 6 – Bölünebilme, EBOB, EKOK</w:t>
      </w:r>
    </w:p>
    <w:p w14:paraId="2D952397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1) 420 ve 378 sayılarının EBOB’u kaçtır?</w:t>
      </w:r>
    </w:p>
    <w:p w14:paraId="4D831346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A) 14   B) 21   C) 42   D) 63</w:t>
      </w:r>
    </w:p>
    <w:p w14:paraId="38873FD8" w14:textId="00044002" w:rsidR="00954182" w:rsidRDefault="00000000">
      <w:pPr>
        <w:rPr>
          <w:lang w:val="pt-PT"/>
        </w:rPr>
      </w:pPr>
      <w:r w:rsidRPr="00342FE6">
        <w:rPr>
          <w:lang w:val="pt-PT"/>
        </w:rPr>
        <w:t xml:space="preserve">Doğru cevap: </w:t>
      </w:r>
      <w:r w:rsidR="00201D3B">
        <w:rPr>
          <w:lang w:val="pt-PT"/>
        </w:rPr>
        <w:t>C</w:t>
      </w:r>
    </w:p>
    <w:p w14:paraId="40224212" w14:textId="6EEE67B3" w:rsidR="00201D3B" w:rsidRPr="00342FE6" w:rsidRDefault="00201D3B">
      <w:pPr>
        <w:rPr>
          <w:lang w:val="pt-PT"/>
        </w:rPr>
      </w:pPr>
      <w:r w:rsidRPr="00201D3B">
        <w:rPr>
          <w:noProof/>
          <w:lang w:val="pt-PT"/>
        </w:rPr>
        <w:drawing>
          <wp:inline distT="0" distB="0" distL="0" distR="0" wp14:anchorId="4B0D25E1" wp14:editId="18C330AD">
            <wp:extent cx="2514600" cy="1572361"/>
            <wp:effectExtent l="0" t="0" r="0" b="8890"/>
            <wp:docPr id="672573370" name="Resim 1" descr="metin, yazı tipi, ekran görüntüsü, sayı, numar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573370" name="Resim 1" descr="metin, yazı tipi, ekran görüntüsü, sayı, numara içeren bir resim&#10;&#10;Yapay zeka tarafından oluşturulmuş içerik yanlış olabilir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23803" cy="157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90C06" w14:textId="382CFD4A" w:rsidR="00954182" w:rsidRPr="00342FE6" w:rsidRDefault="00954182">
      <w:pPr>
        <w:rPr>
          <w:lang w:val="pt-PT"/>
        </w:rPr>
      </w:pPr>
    </w:p>
    <w:p w14:paraId="6B3F11C0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lastRenderedPageBreak/>
        <w:t>2) 24 ve 90 sayılarının EKOK/EBOB oranı kaçtır?</w:t>
      </w:r>
    </w:p>
    <w:p w14:paraId="6D98EF34" w14:textId="0414BF35" w:rsidR="00954182" w:rsidRPr="00342FE6" w:rsidRDefault="00000000">
      <w:pPr>
        <w:rPr>
          <w:lang w:val="pt-PT"/>
        </w:rPr>
      </w:pPr>
      <w:r w:rsidRPr="00342FE6">
        <w:rPr>
          <w:lang w:val="pt-PT"/>
        </w:rPr>
        <w:t xml:space="preserve">A) 5   B) 10   C) </w:t>
      </w:r>
      <w:r w:rsidR="00277013">
        <w:rPr>
          <w:lang w:val="pt-PT"/>
        </w:rPr>
        <w:t>60</w:t>
      </w:r>
      <w:r w:rsidRPr="00342FE6">
        <w:rPr>
          <w:lang w:val="pt-PT"/>
        </w:rPr>
        <w:t xml:space="preserve">   D) 20</w:t>
      </w:r>
    </w:p>
    <w:p w14:paraId="1F1D92DB" w14:textId="77777777" w:rsidR="00954182" w:rsidRDefault="00000000">
      <w:pPr>
        <w:rPr>
          <w:lang w:val="pt-PT"/>
        </w:rPr>
      </w:pPr>
      <w:r w:rsidRPr="00342FE6">
        <w:rPr>
          <w:lang w:val="pt-PT"/>
        </w:rPr>
        <w:t>Doğru cevap: C</w:t>
      </w:r>
    </w:p>
    <w:p w14:paraId="07A6AA1C" w14:textId="5F3F30A1" w:rsidR="00277013" w:rsidRDefault="00277013">
      <w:pPr>
        <w:rPr>
          <w:lang w:val="pt-PT"/>
        </w:rPr>
      </w:pPr>
      <w:r w:rsidRPr="00277013">
        <w:rPr>
          <w:noProof/>
          <w:lang w:val="pt-PT"/>
        </w:rPr>
        <w:drawing>
          <wp:inline distT="0" distB="0" distL="0" distR="0" wp14:anchorId="16396BD4" wp14:editId="64700AF9">
            <wp:extent cx="609600" cy="155944"/>
            <wp:effectExtent l="0" t="0" r="0" b="0"/>
            <wp:docPr id="85408855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08855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0610" cy="163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64E7E" w14:textId="5C5E0FF6" w:rsidR="00277013" w:rsidRPr="00342FE6" w:rsidRDefault="00277013">
      <w:pPr>
        <w:rPr>
          <w:lang w:val="pt-PT"/>
        </w:rPr>
      </w:pPr>
      <w:r w:rsidRPr="00277013">
        <w:rPr>
          <w:noProof/>
          <w:lang w:val="pt-PT"/>
        </w:rPr>
        <w:drawing>
          <wp:inline distT="0" distB="0" distL="0" distR="0" wp14:anchorId="1F97488E" wp14:editId="2DFE3196">
            <wp:extent cx="1875692" cy="559756"/>
            <wp:effectExtent l="0" t="0" r="0" b="0"/>
            <wp:docPr id="176088484" name="Resim 1" descr="metin, yazı tipi, beyaz, tipografi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88484" name="Resim 1" descr="metin, yazı tipi, beyaz, tipografi içeren bir resim&#10;&#10;Yapay zeka tarafından oluşturulmuş içerik yanlış olabilir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19312" cy="572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72539" w14:textId="6D595007" w:rsidR="00954182" w:rsidRPr="00342FE6" w:rsidRDefault="00000000">
      <w:pPr>
        <w:pStyle w:val="Balk1"/>
        <w:rPr>
          <w:lang w:val="pt-PT"/>
        </w:rPr>
      </w:pPr>
      <w:r w:rsidRPr="00342FE6">
        <w:rPr>
          <w:lang w:val="pt-PT"/>
        </w:rPr>
        <w:t>Slayt 7 – Geometrik Kavramlar</w:t>
      </w:r>
    </w:p>
    <w:p w14:paraId="75CBC38F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 xml:space="preserve">1) </w:t>
      </w:r>
      <w:bookmarkStart w:id="0" w:name="_Hlk218431554"/>
      <w:r w:rsidRPr="00342FE6">
        <w:rPr>
          <w:lang w:val="pt-PT"/>
        </w:rPr>
        <w:t>Bir çokgende iç açılar toplamı 1260° ise kaç kenarlıdır?</w:t>
      </w:r>
    </w:p>
    <w:p w14:paraId="251A4C92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A) 8   B) 9   C) 10   D) 11</w:t>
      </w:r>
    </w:p>
    <w:p w14:paraId="7CF84E2F" w14:textId="70EC1775" w:rsidR="00954182" w:rsidRPr="00342FE6" w:rsidRDefault="00000000">
      <w:pPr>
        <w:rPr>
          <w:lang w:val="pt-PT"/>
        </w:rPr>
      </w:pPr>
      <w:r w:rsidRPr="00342FE6">
        <w:rPr>
          <w:lang w:val="pt-PT"/>
        </w:rPr>
        <w:t xml:space="preserve">Doğru cevap: </w:t>
      </w:r>
      <w:r w:rsidR="0082173C">
        <w:rPr>
          <w:lang w:val="pt-PT"/>
        </w:rPr>
        <w:t>B</w:t>
      </w:r>
    </w:p>
    <w:bookmarkEnd w:id="0"/>
    <w:p w14:paraId="5CDC5669" w14:textId="58553A76" w:rsidR="00954182" w:rsidRPr="00342FE6" w:rsidRDefault="0082173C">
      <w:pPr>
        <w:rPr>
          <w:lang w:val="pt-PT"/>
        </w:rPr>
      </w:pPr>
      <w:r w:rsidRPr="0082173C">
        <w:rPr>
          <w:noProof/>
          <w:lang w:val="pt-PT"/>
        </w:rPr>
        <w:drawing>
          <wp:inline distT="0" distB="0" distL="0" distR="0" wp14:anchorId="58B0B54E" wp14:editId="0C0398FE">
            <wp:extent cx="4195518" cy="4284784"/>
            <wp:effectExtent l="0" t="0" r="0" b="1905"/>
            <wp:docPr id="1896510749" name="Resim 1" descr="metin, ekran görüntüsü, yazı tipi, sayı, numara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510749" name="Resim 1" descr="metin, ekran görüntüsü, yazı tipi, sayı, numara içeren bir resim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11605" cy="4301214"/>
                    </a:xfrm>
                    <a:prstGeom prst="rect">
                      <a:avLst/>
                    </a:prstGeom>
                    <a:solidFill>
                      <a:schemeClr val="accent2"/>
                    </a:solidFill>
                    <a:effectLst>
                      <a:innerShdw blurRad="63500" dist="50800" dir="16200000">
                        <a:prstClr val="black">
                          <a:alpha val="50000"/>
                        </a:prstClr>
                      </a:innerShdw>
                    </a:effectLst>
                  </pic:spPr>
                </pic:pic>
              </a:graphicData>
            </a:graphic>
          </wp:inline>
        </w:drawing>
      </w:r>
    </w:p>
    <w:p w14:paraId="69D0915F" w14:textId="77777777" w:rsidR="00B17D83" w:rsidRDefault="00B17D83" w:rsidP="00740A7A">
      <w:pPr>
        <w:rPr>
          <w:lang w:val="pt-PT"/>
        </w:rPr>
      </w:pPr>
    </w:p>
    <w:p w14:paraId="39689555" w14:textId="77777777" w:rsidR="00B17D83" w:rsidRDefault="00B17D83" w:rsidP="00740A7A">
      <w:pPr>
        <w:rPr>
          <w:lang w:val="pt-PT"/>
        </w:rPr>
      </w:pPr>
    </w:p>
    <w:p w14:paraId="7CCD167D" w14:textId="0165CCA5" w:rsidR="00740A7A" w:rsidRPr="00740A7A" w:rsidRDefault="00000000" w:rsidP="00740A7A">
      <w:pPr>
        <w:rPr>
          <w:lang w:val="tr-TR"/>
        </w:rPr>
      </w:pPr>
      <w:r w:rsidRPr="00342FE6">
        <w:rPr>
          <w:lang w:val="pt-PT"/>
        </w:rPr>
        <w:t xml:space="preserve">2) </w:t>
      </w:r>
      <w:r w:rsidR="00740A7A" w:rsidRPr="00740A7A">
        <w:rPr>
          <w:b/>
          <w:bCs/>
          <w:lang w:val="tr-TR"/>
        </w:rPr>
        <w:t>A ̂,B ̂,C ̂</w:t>
      </w:r>
      <w:r w:rsidR="00740A7A" w:rsidRPr="00740A7A">
        <w:rPr>
          <w:b/>
          <w:bCs/>
          <w:vertAlign w:val="superscript"/>
          <w:lang w:val="tr-TR"/>
        </w:rPr>
        <w:t xml:space="preserve"> </w:t>
      </w:r>
      <w:r w:rsidR="00740A7A" w:rsidRPr="00740A7A">
        <w:rPr>
          <w:lang w:val="tr-TR"/>
        </w:rPr>
        <w:t xml:space="preserve">açılarının ölçüsü derece cinsinden tam sayıdır. </w:t>
      </w:r>
      <w:r w:rsidR="00740A7A" w:rsidRPr="00740A7A">
        <w:rPr>
          <w:b/>
          <w:bCs/>
          <w:lang w:val="tr-TR"/>
        </w:rPr>
        <w:t>A ̂</w:t>
      </w:r>
      <w:r w:rsidR="00740A7A" w:rsidRPr="00740A7A">
        <w:rPr>
          <w:lang w:val="tr-TR"/>
        </w:rPr>
        <w:t xml:space="preserve"> dar açı, </w:t>
      </w:r>
      <w:r w:rsidR="00740A7A" w:rsidRPr="00740A7A">
        <w:rPr>
          <w:b/>
          <w:bCs/>
          <w:lang w:val="tr-TR"/>
        </w:rPr>
        <w:t>B ̂</w:t>
      </w:r>
      <w:r w:rsidR="00740A7A" w:rsidRPr="00740A7A">
        <w:rPr>
          <w:lang w:val="tr-TR"/>
        </w:rPr>
        <w:t xml:space="preserve"> dik açı, </w:t>
      </w:r>
      <w:r w:rsidR="00740A7A" w:rsidRPr="00740A7A">
        <w:rPr>
          <w:b/>
          <w:bCs/>
          <w:lang w:val="tr-TR"/>
        </w:rPr>
        <w:t>C ̂</w:t>
      </w:r>
      <w:r w:rsidR="00740A7A" w:rsidRPr="00740A7A">
        <w:rPr>
          <w:lang w:val="tr-TR"/>
        </w:rPr>
        <w:t xml:space="preserve"> geniş açı olduğuna göre,  </w:t>
      </w:r>
    </w:p>
    <w:p w14:paraId="62E4C3CD" w14:textId="77777777" w:rsidR="00740A7A" w:rsidRPr="00740A7A" w:rsidRDefault="00740A7A" w:rsidP="00740A7A">
      <w:pPr>
        <w:rPr>
          <w:lang w:val="tr-TR"/>
        </w:rPr>
      </w:pPr>
      <w:r w:rsidRPr="00740A7A">
        <w:rPr>
          <w:b/>
          <w:bCs/>
          <w:i/>
          <w:iCs/>
          <w:lang w:val="tr-TR"/>
        </w:rPr>
        <w:t>m</w:t>
      </w:r>
      <w:r w:rsidRPr="00740A7A">
        <w:rPr>
          <w:lang w:val="tr-TR"/>
        </w:rPr>
        <w:t>(</w:t>
      </w:r>
      <w:r w:rsidRPr="00740A7A">
        <w:rPr>
          <w:b/>
          <w:bCs/>
          <w:lang w:val="tr-TR"/>
        </w:rPr>
        <w:t>(A)) ̂+m(B ̂ )+m((C)) ̂</w:t>
      </w:r>
      <w:r w:rsidRPr="00740A7A">
        <w:rPr>
          <w:lang w:val="tr-TR"/>
        </w:rPr>
        <w:t xml:space="preserve"> toplamının alabileceği en yüksek değer kaçtır?</w:t>
      </w:r>
    </w:p>
    <w:p w14:paraId="7D387C31" w14:textId="77777777" w:rsidR="00740A7A" w:rsidRPr="00740A7A" w:rsidRDefault="00740A7A" w:rsidP="00740A7A">
      <w:pPr>
        <w:rPr>
          <w:lang w:val="tr-TR"/>
        </w:rPr>
      </w:pPr>
      <w:r w:rsidRPr="00740A7A">
        <w:rPr>
          <w:lang w:val="tr-TR"/>
        </w:rPr>
        <w:t xml:space="preserve">A)225 </w:t>
      </w:r>
      <w:r w:rsidRPr="00740A7A">
        <w:rPr>
          <w:lang w:val="tr-TR"/>
        </w:rPr>
        <w:tab/>
        <w:t>B)270</w:t>
      </w:r>
      <w:r w:rsidRPr="00740A7A">
        <w:rPr>
          <w:lang w:val="tr-TR"/>
        </w:rPr>
        <w:tab/>
      </w:r>
      <w:r w:rsidRPr="00740A7A">
        <w:rPr>
          <w:lang w:val="tr-TR"/>
        </w:rPr>
        <w:tab/>
        <w:t>C)278</w:t>
      </w:r>
      <w:r w:rsidRPr="00740A7A">
        <w:rPr>
          <w:lang w:val="tr-TR"/>
        </w:rPr>
        <w:tab/>
      </w:r>
      <w:r w:rsidRPr="00740A7A">
        <w:rPr>
          <w:lang w:val="tr-TR"/>
        </w:rPr>
        <w:tab/>
        <w:t>D)351</w:t>
      </w:r>
      <w:r w:rsidRPr="00740A7A">
        <w:rPr>
          <w:lang w:val="tr-TR"/>
        </w:rPr>
        <w:tab/>
      </w:r>
      <w:r w:rsidRPr="00740A7A">
        <w:rPr>
          <w:lang w:val="tr-TR"/>
        </w:rPr>
        <w:tab/>
        <w:t>E)358</w:t>
      </w:r>
    </w:p>
    <w:p w14:paraId="0188E29C" w14:textId="226B9651" w:rsidR="00954182" w:rsidRPr="00342FE6" w:rsidRDefault="00740A7A" w:rsidP="00740A7A">
      <w:pPr>
        <w:rPr>
          <w:lang w:val="pt-PT"/>
        </w:rPr>
      </w:pPr>
      <w:r>
        <w:rPr>
          <w:lang w:val="pt-PT"/>
        </w:rPr>
        <w:t>Cevap: E</w:t>
      </w:r>
    </w:p>
    <w:p w14:paraId="7B6A39FC" w14:textId="77777777" w:rsidR="00954182" w:rsidRPr="00342FE6" w:rsidRDefault="00000000">
      <w:pPr>
        <w:pStyle w:val="Balk1"/>
        <w:rPr>
          <w:lang w:val="pt-PT"/>
        </w:rPr>
      </w:pPr>
      <w:r w:rsidRPr="00342FE6">
        <w:rPr>
          <w:lang w:val="pt-PT"/>
        </w:rPr>
        <w:t>Slayt 8 – Üçgende Açılar</w:t>
      </w:r>
    </w:p>
    <w:p w14:paraId="353F650C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1) Bir üçgende dış açı 120° ve iç açılardan biri 40° ise diğer iç açı kaçtır?</w:t>
      </w:r>
    </w:p>
    <w:p w14:paraId="5C143CF9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A) 50°   B) 60°   C) 70°   D) 80°</w:t>
      </w:r>
    </w:p>
    <w:p w14:paraId="0F73FE77" w14:textId="429EC6A1" w:rsidR="00954182" w:rsidRPr="00342FE6" w:rsidRDefault="00000000">
      <w:pPr>
        <w:rPr>
          <w:lang w:val="pt-PT"/>
        </w:rPr>
      </w:pPr>
      <w:r w:rsidRPr="00342FE6">
        <w:rPr>
          <w:lang w:val="pt-PT"/>
        </w:rPr>
        <w:t xml:space="preserve">Doğru cevap: </w:t>
      </w:r>
      <w:r w:rsidR="002B57E3">
        <w:rPr>
          <w:lang w:val="pt-PT"/>
        </w:rPr>
        <w:t>D</w:t>
      </w:r>
    </w:p>
    <w:p w14:paraId="6FF5E52F" w14:textId="77777777" w:rsidR="00954182" w:rsidRPr="00342FE6" w:rsidRDefault="00954182">
      <w:pPr>
        <w:rPr>
          <w:lang w:val="pt-PT"/>
        </w:rPr>
      </w:pPr>
    </w:p>
    <w:p w14:paraId="476620A1" w14:textId="421D162A" w:rsidR="00954182" w:rsidRPr="00342FE6" w:rsidRDefault="00000000">
      <w:pPr>
        <w:rPr>
          <w:lang w:val="pt-PT"/>
        </w:rPr>
      </w:pPr>
      <w:r w:rsidRPr="00342FE6">
        <w:rPr>
          <w:lang w:val="pt-PT"/>
        </w:rPr>
        <w:t xml:space="preserve">2) Bir üçgende yükseklik kenarı 12, alanı 54 ise </w:t>
      </w:r>
      <w:r w:rsidR="00CD7734">
        <w:rPr>
          <w:lang w:val="pt-PT"/>
        </w:rPr>
        <w:t>taban</w:t>
      </w:r>
      <w:r w:rsidRPr="00342FE6">
        <w:rPr>
          <w:lang w:val="pt-PT"/>
        </w:rPr>
        <w:t xml:space="preserve"> kenar kaçtır?</w:t>
      </w:r>
    </w:p>
    <w:p w14:paraId="33FE9156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A) 8   B) 9   C) 10   D) 12</w:t>
      </w:r>
    </w:p>
    <w:p w14:paraId="481A69B5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Doğru cevap: B</w:t>
      </w:r>
    </w:p>
    <w:p w14:paraId="385619F3" w14:textId="77777777" w:rsidR="00954182" w:rsidRPr="00342FE6" w:rsidRDefault="00954182">
      <w:pPr>
        <w:rPr>
          <w:lang w:val="pt-PT"/>
        </w:rPr>
      </w:pPr>
    </w:p>
    <w:p w14:paraId="214F291E" w14:textId="77777777" w:rsidR="00E56C0B" w:rsidRDefault="00000000">
      <w:pPr>
        <w:rPr>
          <w:lang w:val="pt-PT"/>
        </w:rPr>
      </w:pPr>
      <w:r w:rsidRPr="00342FE6">
        <w:rPr>
          <w:lang w:val="pt-PT"/>
        </w:rPr>
        <w:t xml:space="preserve">3) </w:t>
      </w:r>
    </w:p>
    <w:p w14:paraId="307B59B8" w14:textId="2DF02455" w:rsidR="00E56C0B" w:rsidRDefault="00E56C0B">
      <w:pPr>
        <w:rPr>
          <w:lang w:val="pt-PT"/>
        </w:rPr>
      </w:pPr>
      <w:r w:rsidRPr="00E56C0B">
        <w:rPr>
          <w:noProof/>
          <w:lang w:val="pt-PT"/>
        </w:rPr>
        <w:drawing>
          <wp:inline distT="0" distB="0" distL="0" distR="0" wp14:anchorId="70AE913D" wp14:editId="2CD21141">
            <wp:extent cx="3619500" cy="1601433"/>
            <wp:effectExtent l="0" t="0" r="0" b="0"/>
            <wp:docPr id="1146796041" name="Resim 1" descr="metin, yazı tipi, çizgi, diyagra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796041" name="Resim 1" descr="metin, yazı tipi, çizgi, diyagram içeren bir resim&#10;&#10;Yapay zeka tarafından oluşturulmuş içerik yanlış olabilir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28745" cy="1605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0C3C0" w14:textId="77777777" w:rsidR="00E56C0B" w:rsidRPr="00E56C0B" w:rsidRDefault="00E56C0B" w:rsidP="00E56C0B">
      <w:pPr>
        <w:rPr>
          <w:lang w:val="tr-TR"/>
        </w:rPr>
      </w:pPr>
      <w:r w:rsidRPr="00E56C0B">
        <w:rPr>
          <w:lang w:val="pt-PT"/>
        </w:rPr>
        <w:t xml:space="preserve">A) 92 </w:t>
      </w:r>
      <w:r w:rsidRPr="00E56C0B">
        <w:rPr>
          <w:lang w:val="pt-PT"/>
        </w:rPr>
        <w:tab/>
        <w:t>B) 94</w:t>
      </w:r>
      <w:r w:rsidRPr="00E56C0B">
        <w:rPr>
          <w:lang w:val="pt-PT"/>
        </w:rPr>
        <w:tab/>
        <w:t>C)96</w:t>
      </w:r>
      <w:r w:rsidRPr="00E56C0B">
        <w:rPr>
          <w:lang w:val="pt-PT"/>
        </w:rPr>
        <w:tab/>
        <w:t>D) 98</w:t>
      </w:r>
      <w:r w:rsidRPr="00E56C0B">
        <w:rPr>
          <w:lang w:val="pt-PT"/>
        </w:rPr>
        <w:tab/>
        <w:t>E) 106</w:t>
      </w:r>
    </w:p>
    <w:p w14:paraId="428F27FF" w14:textId="169301F6" w:rsidR="00954182" w:rsidRPr="00342FE6" w:rsidRDefault="00000000">
      <w:pPr>
        <w:rPr>
          <w:lang w:val="pt-PT"/>
        </w:rPr>
      </w:pPr>
      <w:r w:rsidRPr="00342FE6">
        <w:rPr>
          <w:lang w:val="pt-PT"/>
        </w:rPr>
        <w:t xml:space="preserve">Doğru cevap: </w:t>
      </w:r>
      <w:r w:rsidR="004C6F23">
        <w:rPr>
          <w:lang w:val="pt-PT"/>
        </w:rPr>
        <w:t>D</w:t>
      </w:r>
    </w:p>
    <w:p w14:paraId="08FE47EB" w14:textId="77777777" w:rsidR="00954182" w:rsidRDefault="00954182">
      <w:pPr>
        <w:rPr>
          <w:lang w:val="pt-PT"/>
        </w:rPr>
      </w:pPr>
    </w:p>
    <w:p w14:paraId="156F7AC2" w14:textId="77777777" w:rsidR="008C5648" w:rsidRPr="00342FE6" w:rsidRDefault="008C5648">
      <w:pPr>
        <w:rPr>
          <w:lang w:val="pt-PT"/>
        </w:rPr>
      </w:pPr>
    </w:p>
    <w:p w14:paraId="1E19B387" w14:textId="77777777" w:rsidR="00954182" w:rsidRPr="00342FE6" w:rsidRDefault="00000000">
      <w:pPr>
        <w:pStyle w:val="Balk1"/>
        <w:rPr>
          <w:lang w:val="pt-PT"/>
        </w:rPr>
      </w:pPr>
      <w:r w:rsidRPr="00342FE6">
        <w:rPr>
          <w:lang w:val="pt-PT"/>
        </w:rPr>
        <w:lastRenderedPageBreak/>
        <w:t>Slayt 9 – Üçgende Açı–Kenar Bağıntıları</w:t>
      </w:r>
    </w:p>
    <w:p w14:paraId="2A5C9A8E" w14:textId="749BE5DA" w:rsidR="00954182" w:rsidRDefault="00000000" w:rsidP="00E403E5">
      <w:pPr>
        <w:rPr>
          <w:lang w:val="pt-PT"/>
        </w:rPr>
      </w:pPr>
      <w:r w:rsidRPr="00342FE6">
        <w:rPr>
          <w:lang w:val="pt-PT"/>
        </w:rPr>
        <w:t xml:space="preserve">1) </w:t>
      </w:r>
    </w:p>
    <w:p w14:paraId="3FB31316" w14:textId="717C4BA8" w:rsidR="00E403E5" w:rsidRDefault="00E403E5" w:rsidP="00E403E5">
      <w:pPr>
        <w:rPr>
          <w:lang w:val="pt-PT"/>
        </w:rPr>
      </w:pPr>
      <w:r w:rsidRPr="00E403E5">
        <w:rPr>
          <w:noProof/>
          <w:lang w:val="pt-PT"/>
        </w:rPr>
        <w:drawing>
          <wp:inline distT="0" distB="0" distL="0" distR="0" wp14:anchorId="486F5F32" wp14:editId="73A3E20B">
            <wp:extent cx="2270760" cy="1689445"/>
            <wp:effectExtent l="0" t="0" r="0" b="6350"/>
            <wp:docPr id="271363296" name="Resim 1" descr="çizgi, diyagram, üçgen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363296" name="Resim 1" descr="çizgi, diyagram, üçgen içeren bir resim&#10;&#10;Yapay zeka tarafından oluşturulmuş içerik yanlış olabilir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76256" cy="1693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799C3" w14:textId="127EAD4F" w:rsidR="00E403E5" w:rsidRPr="00E403E5" w:rsidRDefault="00E403E5" w:rsidP="00E403E5">
      <w:pPr>
        <w:pStyle w:val="ListeParagraf"/>
        <w:ind w:left="0"/>
        <w:rPr>
          <w:lang w:val="tr-TR"/>
        </w:rPr>
      </w:pPr>
      <w:r w:rsidRPr="00E403E5">
        <w:rPr>
          <w:noProof/>
          <w:lang w:val="tr-TR"/>
        </w:rPr>
        <w:drawing>
          <wp:inline distT="0" distB="0" distL="0" distR="0" wp14:anchorId="20CB62B1" wp14:editId="7EC05FF6">
            <wp:extent cx="2087880" cy="267055"/>
            <wp:effectExtent l="0" t="0" r="0" b="0"/>
            <wp:docPr id="799722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722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17386" cy="270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1FF6C" w14:textId="61285C15" w:rsidR="00954182" w:rsidRPr="00D27E86" w:rsidRDefault="00E403E5">
      <w:pPr>
        <w:rPr>
          <w:lang w:val="tr-TR"/>
        </w:rPr>
      </w:pPr>
      <w:r w:rsidRPr="00D27E86">
        <w:rPr>
          <w:lang w:val="tr-TR"/>
        </w:rPr>
        <w:t>Cevap: C</w:t>
      </w:r>
    </w:p>
    <w:p w14:paraId="31E07D52" w14:textId="4230B571" w:rsidR="00E403E5" w:rsidRPr="00D27E86" w:rsidRDefault="00E403E5">
      <w:pPr>
        <w:rPr>
          <w:lang w:val="tr-TR"/>
        </w:rPr>
      </w:pPr>
    </w:p>
    <w:p w14:paraId="0AD0A7CE" w14:textId="77777777" w:rsidR="00954182" w:rsidRPr="00342FE6" w:rsidRDefault="00000000">
      <w:pPr>
        <w:rPr>
          <w:lang w:val="pt-PT"/>
        </w:rPr>
      </w:pPr>
      <w:r w:rsidRPr="00D27E86">
        <w:rPr>
          <w:lang w:val="tr-TR"/>
        </w:rPr>
        <w:t xml:space="preserve">2) Bir üçgende iki kenar toplamı 18 ve farkı 4’tür. </w:t>
      </w:r>
      <w:r w:rsidRPr="00342FE6">
        <w:rPr>
          <w:lang w:val="pt-PT"/>
        </w:rPr>
        <w:t>Bu iki kenar hangileridir?</w:t>
      </w:r>
    </w:p>
    <w:p w14:paraId="01C24DF3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A) 6 ve 12   B) 7 ve 11   C) 8 ve 10   D) 5 ve 13</w:t>
      </w:r>
    </w:p>
    <w:p w14:paraId="16351B07" w14:textId="251B17DF" w:rsidR="00954182" w:rsidRPr="00342FE6" w:rsidRDefault="00000000">
      <w:pPr>
        <w:rPr>
          <w:lang w:val="pt-PT"/>
        </w:rPr>
      </w:pPr>
      <w:r w:rsidRPr="00342FE6">
        <w:rPr>
          <w:lang w:val="pt-PT"/>
        </w:rPr>
        <w:t xml:space="preserve">Doğru cevap: </w:t>
      </w:r>
      <w:r w:rsidR="008C5648">
        <w:rPr>
          <w:lang w:val="pt-PT"/>
        </w:rPr>
        <w:t>B</w:t>
      </w:r>
    </w:p>
    <w:p w14:paraId="0E5A946B" w14:textId="77777777" w:rsidR="00954182" w:rsidRPr="00342FE6" w:rsidRDefault="00954182">
      <w:pPr>
        <w:rPr>
          <w:lang w:val="pt-PT"/>
        </w:rPr>
      </w:pPr>
    </w:p>
    <w:p w14:paraId="43FC922E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3) a&gt;b&gt;c ise açı sıralaması nedir?</w:t>
      </w:r>
    </w:p>
    <w:p w14:paraId="4B80C939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A) A&gt;B&gt;C   B) C&gt;B&gt;A   C) A&lt;C&lt;B   D) A&gt;B&lt;C</w:t>
      </w:r>
    </w:p>
    <w:p w14:paraId="26B479BC" w14:textId="21B9B2BD" w:rsidR="00954182" w:rsidRPr="00F85E4B" w:rsidRDefault="00000000">
      <w:r w:rsidRPr="00F85E4B">
        <w:t xml:space="preserve">Doğru cevap: </w:t>
      </w:r>
      <w:r w:rsidR="00F85E4B" w:rsidRPr="00F85E4B">
        <w:t>A</w:t>
      </w:r>
    </w:p>
    <w:p w14:paraId="74AED598" w14:textId="77777777" w:rsidR="00954182" w:rsidRPr="00F85E4B" w:rsidRDefault="00954182"/>
    <w:p w14:paraId="527299A3" w14:textId="77777777" w:rsidR="00BB1B78" w:rsidRPr="00F85E4B" w:rsidRDefault="00BB1B78"/>
    <w:p w14:paraId="7F2F69F3" w14:textId="77777777" w:rsidR="00BB1B78" w:rsidRPr="00F85E4B" w:rsidRDefault="00BB1B78"/>
    <w:p w14:paraId="07957BF4" w14:textId="77777777" w:rsidR="00BB1B78" w:rsidRPr="00F85E4B" w:rsidRDefault="00BB1B78"/>
    <w:p w14:paraId="5E9DD5B4" w14:textId="77777777" w:rsidR="00BB1B78" w:rsidRPr="00F85E4B" w:rsidRDefault="00BB1B78"/>
    <w:p w14:paraId="1D266BF2" w14:textId="77777777" w:rsidR="00BB1B78" w:rsidRPr="00F85E4B" w:rsidRDefault="00BB1B78"/>
    <w:p w14:paraId="55D82A94" w14:textId="77777777" w:rsidR="00BB1B78" w:rsidRPr="00F85E4B" w:rsidRDefault="00BB1B78"/>
    <w:p w14:paraId="7245202D" w14:textId="77777777" w:rsidR="00954182" w:rsidRPr="00F85E4B" w:rsidRDefault="00000000">
      <w:pPr>
        <w:pStyle w:val="Balk1"/>
      </w:pPr>
      <w:r w:rsidRPr="00F85E4B">
        <w:lastRenderedPageBreak/>
        <w:t>Slayt 10 – Alanlar, Çokgenler ve Çember</w:t>
      </w:r>
    </w:p>
    <w:p w14:paraId="60F05735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1) Yarıçapı 10 olan daire diliminin merkez açısı 72° ise alanı kaçtır?</w:t>
      </w:r>
    </w:p>
    <w:p w14:paraId="5EBC7F20" w14:textId="63D0DEF1" w:rsidR="00BB1B78" w:rsidRDefault="00931866">
      <w:pPr>
        <w:rPr>
          <w:lang w:val="pt-PT"/>
        </w:rPr>
      </w:pPr>
      <w:r w:rsidRPr="00931866">
        <w:rPr>
          <w:noProof/>
          <w:lang w:val="pt-PT"/>
        </w:rPr>
        <w:drawing>
          <wp:inline distT="0" distB="0" distL="0" distR="0" wp14:anchorId="5F05AC60" wp14:editId="380A7D5F">
            <wp:extent cx="1348154" cy="1248134"/>
            <wp:effectExtent l="0" t="0" r="4445" b="9525"/>
            <wp:docPr id="2110184742" name="Resim 1" descr="çizgi, diyagram, ekran görüntüsü, daire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184742" name="Resim 1" descr="çizgi, diyagram, ekran görüntüsü, daire içeren bir resim&#10;&#10;Yapay zeka tarafından oluşturulmuş içerik yanlış olabilir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59835" cy="1258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E65A4" w14:textId="777F03AA" w:rsidR="00954182" w:rsidRDefault="00000000">
      <w:r w:rsidRPr="00342FE6">
        <w:rPr>
          <w:lang w:val="pt-PT"/>
        </w:rPr>
        <w:t>A) 20</w:t>
      </w:r>
      <w:r>
        <w:t>π</w:t>
      </w:r>
      <w:r w:rsidRPr="00342FE6">
        <w:rPr>
          <w:lang w:val="pt-PT"/>
        </w:rPr>
        <w:t xml:space="preserve">   B) 40</w:t>
      </w:r>
      <w:r>
        <w:t>π</w:t>
      </w:r>
      <w:r w:rsidRPr="00342FE6">
        <w:rPr>
          <w:lang w:val="pt-PT"/>
        </w:rPr>
        <w:t xml:space="preserve">   C) 50</w:t>
      </w:r>
      <w:r>
        <w:t>π</w:t>
      </w:r>
      <w:r w:rsidRPr="00342FE6">
        <w:rPr>
          <w:lang w:val="pt-PT"/>
        </w:rPr>
        <w:t xml:space="preserve">   D) 60</w:t>
      </w:r>
      <w:r>
        <w:t>π</w:t>
      </w:r>
    </w:p>
    <w:p w14:paraId="4E8FA378" w14:textId="77777777" w:rsidR="00BB1B78" w:rsidRDefault="00BB1B78">
      <w:pPr>
        <w:rPr>
          <w:lang w:val="pt-PT"/>
        </w:rPr>
      </w:pPr>
    </w:p>
    <w:p w14:paraId="6ECDED27" w14:textId="1113358A" w:rsidR="00BB1B78" w:rsidRPr="00342FE6" w:rsidRDefault="00BB1B78">
      <w:pPr>
        <w:rPr>
          <w:lang w:val="pt-PT"/>
        </w:rPr>
      </w:pPr>
      <w:r w:rsidRPr="00BB1B78">
        <w:rPr>
          <w:noProof/>
          <w:lang w:val="pt-PT"/>
        </w:rPr>
        <w:drawing>
          <wp:inline distT="0" distB="0" distL="0" distR="0" wp14:anchorId="28F99BCB" wp14:editId="4E7B6D90">
            <wp:extent cx="1787769" cy="234035"/>
            <wp:effectExtent l="0" t="0" r="3175" b="0"/>
            <wp:docPr id="114210003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10003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25478" cy="238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E392A" w14:textId="7004E6A4" w:rsidR="00954182" w:rsidRPr="00342FE6" w:rsidRDefault="00000000">
      <w:pPr>
        <w:rPr>
          <w:lang w:val="pt-PT"/>
        </w:rPr>
      </w:pPr>
      <w:r w:rsidRPr="00342FE6">
        <w:rPr>
          <w:lang w:val="pt-PT"/>
        </w:rPr>
        <w:t xml:space="preserve">Doğru cevap: </w:t>
      </w:r>
      <w:r w:rsidR="00141B8F">
        <w:rPr>
          <w:lang w:val="pt-PT"/>
        </w:rPr>
        <w:t>A</w:t>
      </w:r>
    </w:p>
    <w:p w14:paraId="3A03F260" w14:textId="77777777" w:rsidR="00954182" w:rsidRPr="00342FE6" w:rsidRDefault="00954182">
      <w:pPr>
        <w:rPr>
          <w:lang w:val="pt-PT"/>
        </w:rPr>
      </w:pPr>
    </w:p>
    <w:p w14:paraId="447618ED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2) Bir altıgenin bir kenarı 6 cm ise alanı kaçtır?</w:t>
      </w:r>
    </w:p>
    <w:p w14:paraId="01A723F4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A) 36√3   B) 54√3   C) 72√3   D) 108√3</w:t>
      </w:r>
    </w:p>
    <w:p w14:paraId="041AF1AE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Doğru cevap: B</w:t>
      </w:r>
    </w:p>
    <w:p w14:paraId="18B64FDF" w14:textId="77777777" w:rsidR="00954182" w:rsidRPr="00342FE6" w:rsidRDefault="00954182">
      <w:pPr>
        <w:rPr>
          <w:lang w:val="pt-PT"/>
        </w:rPr>
      </w:pPr>
    </w:p>
    <w:p w14:paraId="2522CAB4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3) Bir üçgende kenar uzunlukları 6,8,10 ise alanı nedir?</w:t>
      </w:r>
    </w:p>
    <w:p w14:paraId="42C727CD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A) 12   B) 24   C) 48   D) 60</w:t>
      </w:r>
    </w:p>
    <w:p w14:paraId="6D4EA94E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Doğru cevap: B</w:t>
      </w:r>
    </w:p>
    <w:p w14:paraId="7DC1FA43" w14:textId="77777777" w:rsidR="00954182" w:rsidRDefault="00954182">
      <w:pPr>
        <w:rPr>
          <w:lang w:val="pt-PT"/>
        </w:rPr>
      </w:pPr>
    </w:p>
    <w:p w14:paraId="010C8A0C" w14:textId="77777777" w:rsidR="00AF1743" w:rsidRDefault="00AF1743">
      <w:pPr>
        <w:rPr>
          <w:lang w:val="pt-PT"/>
        </w:rPr>
      </w:pPr>
    </w:p>
    <w:p w14:paraId="1F92911A" w14:textId="77777777" w:rsidR="00AF1743" w:rsidRDefault="00AF1743">
      <w:pPr>
        <w:rPr>
          <w:lang w:val="pt-PT"/>
        </w:rPr>
      </w:pPr>
    </w:p>
    <w:p w14:paraId="15BCF6D7" w14:textId="77777777" w:rsidR="00AF1743" w:rsidRDefault="00AF1743">
      <w:pPr>
        <w:rPr>
          <w:lang w:val="pt-PT"/>
        </w:rPr>
      </w:pPr>
    </w:p>
    <w:p w14:paraId="428B2837" w14:textId="77777777" w:rsidR="00AF1743" w:rsidRDefault="00AF1743">
      <w:pPr>
        <w:rPr>
          <w:lang w:val="pt-PT"/>
        </w:rPr>
      </w:pPr>
    </w:p>
    <w:p w14:paraId="661E5790" w14:textId="77777777" w:rsidR="00AF1743" w:rsidRPr="00342FE6" w:rsidRDefault="00AF1743">
      <w:pPr>
        <w:rPr>
          <w:lang w:val="pt-PT"/>
        </w:rPr>
      </w:pPr>
    </w:p>
    <w:p w14:paraId="15AACFF5" w14:textId="77777777" w:rsidR="00954182" w:rsidRPr="00342FE6" w:rsidRDefault="00000000">
      <w:pPr>
        <w:pStyle w:val="Balk1"/>
        <w:rPr>
          <w:lang w:val="pt-PT"/>
        </w:rPr>
      </w:pPr>
      <w:r w:rsidRPr="00342FE6">
        <w:rPr>
          <w:lang w:val="pt-PT"/>
        </w:rPr>
        <w:lastRenderedPageBreak/>
        <w:t>Slayt 11 – Katı Cisimler</w:t>
      </w:r>
    </w:p>
    <w:p w14:paraId="54F8A7F8" w14:textId="4F9B9643" w:rsidR="00954182" w:rsidRDefault="00000000">
      <w:r w:rsidRPr="00342FE6">
        <w:rPr>
          <w:lang w:val="pt-PT"/>
        </w:rPr>
        <w:t xml:space="preserve">1) </w:t>
      </w:r>
    </w:p>
    <w:p w14:paraId="1FD5DF63" w14:textId="54704F55" w:rsidR="00AF1743" w:rsidRPr="00342FE6" w:rsidRDefault="00DA755F">
      <w:pPr>
        <w:rPr>
          <w:lang w:val="pt-PT"/>
        </w:rPr>
      </w:pPr>
      <w:r w:rsidRPr="00DA755F">
        <w:rPr>
          <w:noProof/>
        </w:rPr>
        <w:drawing>
          <wp:inline distT="0" distB="0" distL="0" distR="0" wp14:anchorId="73A04C56" wp14:editId="20C05F0F">
            <wp:extent cx="955431" cy="1286771"/>
            <wp:effectExtent l="0" t="0" r="0" b="8890"/>
            <wp:docPr id="3" name="Resim 2" descr="diyagram, çizgi, paralel içeren bir resim&#10;&#10;Yapay zeka tarafından oluşturulmuş içerik yanlış olabilir.">
              <a:extLst xmlns:a="http://schemas.openxmlformats.org/drawingml/2006/main">
                <a:ext uri="{FF2B5EF4-FFF2-40B4-BE49-F238E27FC236}">
                  <a16:creationId xmlns:a16="http://schemas.microsoft.com/office/drawing/2014/main" id="{172A48F3-9BA9-D908-B317-19EBD95F02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 descr="diyagram, çizgi, paralel içeren bir resim&#10;&#10;Yapay zeka tarafından oluşturulmuş içerik yanlış olabilir.">
                      <a:extLst>
                        <a:ext uri="{FF2B5EF4-FFF2-40B4-BE49-F238E27FC236}">
                          <a16:creationId xmlns:a16="http://schemas.microsoft.com/office/drawing/2014/main" id="{172A48F3-9BA9-D908-B317-19EBD95F02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61857" cy="12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3D318" w14:textId="2A1AA52B" w:rsidR="00414742" w:rsidRPr="00414742" w:rsidRDefault="00414742" w:rsidP="00414742">
      <w:pPr>
        <w:rPr>
          <w:lang w:val="tr-TR"/>
        </w:rPr>
      </w:pPr>
      <w:r w:rsidRPr="00414742">
        <w:rPr>
          <w:lang w:val="tr-TR"/>
        </w:rPr>
        <w:t>Yandaki dik prizmanın tabanı karedir. Prizmanın yüksekliği 16 cm</w:t>
      </w:r>
      <w:r w:rsidR="00895FBF">
        <w:rPr>
          <w:lang w:val="tr-TR"/>
        </w:rPr>
        <w:t xml:space="preserve">. </w:t>
      </w:r>
      <w:r w:rsidRPr="00414742">
        <w:rPr>
          <w:lang w:val="tr-TR"/>
        </w:rPr>
        <w:t>Tabanının bir kenarı 6 cm dir</w:t>
      </w:r>
      <w:r w:rsidR="00895FBF">
        <w:rPr>
          <w:lang w:val="tr-TR"/>
        </w:rPr>
        <w:t xml:space="preserve">. </w:t>
      </w:r>
      <w:r w:rsidRPr="00414742">
        <w:rPr>
          <w:lang w:val="tr-TR"/>
        </w:rPr>
        <w:t>Prizmanın Yüzey Alanı kaç cm</w:t>
      </w:r>
      <w:r w:rsidRPr="00414742">
        <w:rPr>
          <w:vertAlign w:val="superscript"/>
          <w:lang w:val="tr-TR"/>
        </w:rPr>
        <w:t>2</w:t>
      </w:r>
      <w:r w:rsidRPr="00414742">
        <w:rPr>
          <w:lang w:val="tr-TR"/>
        </w:rPr>
        <w:t>’dir</w:t>
      </w:r>
    </w:p>
    <w:p w14:paraId="4DE61AAE" w14:textId="77777777" w:rsidR="00414742" w:rsidRPr="00414742" w:rsidRDefault="00414742" w:rsidP="00414742">
      <w:pPr>
        <w:numPr>
          <w:ilvl w:val="0"/>
          <w:numId w:val="12"/>
        </w:numPr>
        <w:rPr>
          <w:lang w:val="tr-TR"/>
        </w:rPr>
      </w:pPr>
      <w:r w:rsidRPr="00414742">
        <w:rPr>
          <w:lang w:val="tr-TR"/>
        </w:rPr>
        <w:t>456</w:t>
      </w:r>
    </w:p>
    <w:p w14:paraId="0F9A72AF" w14:textId="77777777" w:rsidR="00414742" w:rsidRPr="00414742" w:rsidRDefault="00414742" w:rsidP="00414742">
      <w:pPr>
        <w:numPr>
          <w:ilvl w:val="0"/>
          <w:numId w:val="12"/>
        </w:numPr>
        <w:rPr>
          <w:lang w:val="tr-TR"/>
        </w:rPr>
      </w:pPr>
      <w:r w:rsidRPr="00414742">
        <w:rPr>
          <w:lang w:val="tr-TR"/>
        </w:rPr>
        <w:t>482</w:t>
      </w:r>
    </w:p>
    <w:p w14:paraId="332E6583" w14:textId="77777777" w:rsidR="00414742" w:rsidRPr="00414742" w:rsidRDefault="00414742" w:rsidP="00414742">
      <w:pPr>
        <w:numPr>
          <w:ilvl w:val="0"/>
          <w:numId w:val="12"/>
        </w:numPr>
        <w:rPr>
          <w:lang w:val="tr-TR"/>
        </w:rPr>
      </w:pPr>
      <w:r w:rsidRPr="00414742">
        <w:rPr>
          <w:lang w:val="tr-TR"/>
        </w:rPr>
        <w:t>512</w:t>
      </w:r>
    </w:p>
    <w:p w14:paraId="15F92670" w14:textId="77777777" w:rsidR="00414742" w:rsidRPr="00414742" w:rsidRDefault="00414742" w:rsidP="00414742">
      <w:pPr>
        <w:numPr>
          <w:ilvl w:val="0"/>
          <w:numId w:val="12"/>
        </w:numPr>
        <w:rPr>
          <w:lang w:val="tr-TR"/>
        </w:rPr>
      </w:pPr>
      <w:r w:rsidRPr="00414742">
        <w:rPr>
          <w:lang w:val="tr-TR"/>
        </w:rPr>
        <w:t>526</w:t>
      </w:r>
    </w:p>
    <w:p w14:paraId="4D92EA24" w14:textId="03CF0E54" w:rsidR="00954182" w:rsidRPr="00342FE6" w:rsidRDefault="00000000" w:rsidP="00414742">
      <w:pPr>
        <w:rPr>
          <w:lang w:val="pt-PT"/>
        </w:rPr>
      </w:pPr>
      <w:r w:rsidRPr="00342FE6">
        <w:rPr>
          <w:lang w:val="pt-PT"/>
        </w:rPr>
        <w:t>Doğru cevap: A</w:t>
      </w:r>
    </w:p>
    <w:p w14:paraId="182D4364" w14:textId="77777777" w:rsidR="00954182" w:rsidRPr="00342FE6" w:rsidRDefault="00954182">
      <w:pPr>
        <w:rPr>
          <w:lang w:val="pt-PT"/>
        </w:rPr>
      </w:pPr>
    </w:p>
    <w:p w14:paraId="1B7F24C7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2) Yarıçapı 4, yüksekliği 15 olan silindirin hacmi?</w:t>
      </w:r>
    </w:p>
    <w:p w14:paraId="77B2AAC6" w14:textId="77777777" w:rsidR="00954182" w:rsidRDefault="00000000">
      <w:r w:rsidRPr="00342FE6">
        <w:rPr>
          <w:lang w:val="pt-PT"/>
        </w:rPr>
        <w:t>A) 120</w:t>
      </w:r>
      <w:r>
        <w:t>π</w:t>
      </w:r>
      <w:r w:rsidRPr="00342FE6">
        <w:rPr>
          <w:lang w:val="pt-PT"/>
        </w:rPr>
        <w:t xml:space="preserve">   B) 160</w:t>
      </w:r>
      <w:r>
        <w:t>π</w:t>
      </w:r>
      <w:r w:rsidRPr="00342FE6">
        <w:rPr>
          <w:lang w:val="pt-PT"/>
        </w:rPr>
        <w:t xml:space="preserve">   C) 240</w:t>
      </w:r>
      <w:r>
        <w:t>π</w:t>
      </w:r>
      <w:r w:rsidRPr="00342FE6">
        <w:rPr>
          <w:lang w:val="pt-PT"/>
        </w:rPr>
        <w:t xml:space="preserve">   D) 300</w:t>
      </w:r>
      <w:r>
        <w:t>π</w:t>
      </w:r>
    </w:p>
    <w:p w14:paraId="503E6E75" w14:textId="08521D1B" w:rsidR="00E8009A" w:rsidRPr="00342FE6" w:rsidRDefault="00E8009A">
      <w:pPr>
        <w:rPr>
          <w:lang w:val="pt-PT"/>
        </w:rPr>
      </w:pPr>
      <w:r w:rsidRPr="00E8009A">
        <w:rPr>
          <w:noProof/>
          <w:lang w:val="pt-PT"/>
        </w:rPr>
        <w:drawing>
          <wp:inline distT="0" distB="0" distL="0" distR="0" wp14:anchorId="51333E78" wp14:editId="2690AB62">
            <wp:extent cx="1055077" cy="319375"/>
            <wp:effectExtent l="0" t="0" r="0" b="5080"/>
            <wp:docPr id="230463490" name="Resim 1" descr="yazı tipi, tipografi, tasarı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463490" name="Resim 1" descr="yazı tipi, tipografi, tasarım içeren bir resim&#10;&#10;Yapay zeka tarafından oluşturulmuş içerik yanlış olabilir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72460" cy="324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E6EE2" w14:textId="3C1F6F8A" w:rsidR="00954182" w:rsidRPr="00342FE6" w:rsidRDefault="00000000">
      <w:pPr>
        <w:rPr>
          <w:lang w:val="pt-PT"/>
        </w:rPr>
      </w:pPr>
      <w:r w:rsidRPr="00342FE6">
        <w:rPr>
          <w:lang w:val="pt-PT"/>
        </w:rPr>
        <w:t xml:space="preserve">Doğru cevap: </w:t>
      </w:r>
      <w:r w:rsidR="00733471">
        <w:rPr>
          <w:lang w:val="pt-PT"/>
        </w:rPr>
        <w:t>C</w:t>
      </w:r>
    </w:p>
    <w:p w14:paraId="08009ECF" w14:textId="77777777" w:rsidR="00954182" w:rsidRDefault="00954182">
      <w:pPr>
        <w:rPr>
          <w:lang w:val="pt-PT"/>
        </w:rPr>
      </w:pPr>
    </w:p>
    <w:p w14:paraId="43DE9CE1" w14:textId="77777777" w:rsidR="00476A96" w:rsidRDefault="00476A96">
      <w:pPr>
        <w:rPr>
          <w:lang w:val="pt-PT"/>
        </w:rPr>
      </w:pPr>
    </w:p>
    <w:p w14:paraId="6D375509" w14:textId="77777777" w:rsidR="00476A96" w:rsidRDefault="00476A96">
      <w:pPr>
        <w:rPr>
          <w:lang w:val="pt-PT"/>
        </w:rPr>
      </w:pPr>
    </w:p>
    <w:p w14:paraId="15060DFC" w14:textId="77777777" w:rsidR="00476A96" w:rsidRDefault="00476A96">
      <w:pPr>
        <w:rPr>
          <w:lang w:val="pt-PT"/>
        </w:rPr>
      </w:pPr>
    </w:p>
    <w:p w14:paraId="361BAEA6" w14:textId="77777777" w:rsidR="00D27E86" w:rsidRDefault="00D27E86">
      <w:pPr>
        <w:rPr>
          <w:lang w:val="pt-PT"/>
        </w:rPr>
      </w:pPr>
    </w:p>
    <w:p w14:paraId="4ED3CA44" w14:textId="77777777" w:rsidR="00D27E86" w:rsidRDefault="00D27E86">
      <w:pPr>
        <w:rPr>
          <w:lang w:val="pt-PT"/>
        </w:rPr>
      </w:pPr>
    </w:p>
    <w:p w14:paraId="57FFB8C8" w14:textId="77777777" w:rsidR="00D27E86" w:rsidRDefault="00D27E86">
      <w:pPr>
        <w:rPr>
          <w:lang w:val="pt-PT"/>
        </w:rPr>
      </w:pPr>
    </w:p>
    <w:p w14:paraId="26AB24C0" w14:textId="77777777" w:rsidR="00476A96" w:rsidRPr="00342FE6" w:rsidRDefault="00476A96">
      <w:pPr>
        <w:rPr>
          <w:lang w:val="pt-PT"/>
        </w:rPr>
      </w:pPr>
    </w:p>
    <w:p w14:paraId="1AD92259" w14:textId="77777777" w:rsidR="00954182" w:rsidRDefault="00000000">
      <w:pPr>
        <w:rPr>
          <w:lang w:val="pt-PT"/>
        </w:rPr>
      </w:pPr>
      <w:r w:rsidRPr="00342FE6">
        <w:rPr>
          <w:lang w:val="pt-PT"/>
        </w:rPr>
        <w:lastRenderedPageBreak/>
        <w:t>3) Koninin hacmi silindirin hacminin 1/3’üdür. r=6 h=12 için koni hacmi nedir?</w:t>
      </w:r>
    </w:p>
    <w:p w14:paraId="2A6E4986" w14:textId="0F1D831E" w:rsidR="00AF3045" w:rsidRPr="00342FE6" w:rsidRDefault="00AF3045">
      <w:pPr>
        <w:rPr>
          <w:lang w:val="pt-PT"/>
        </w:rPr>
      </w:pPr>
      <w:r w:rsidRPr="00AF3045">
        <w:rPr>
          <w:noProof/>
          <w:lang w:val="pt-PT"/>
        </w:rPr>
        <w:drawing>
          <wp:inline distT="0" distB="0" distL="0" distR="0" wp14:anchorId="7A3BBC42" wp14:editId="5329AD74">
            <wp:extent cx="3405554" cy="1340149"/>
            <wp:effectExtent l="0" t="0" r="4445" b="0"/>
            <wp:docPr id="269526488" name="Resim 1" descr="diyagram, beher bardağı, sofra takımı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526488" name="Resim 1" descr="diyagram, beher bardağı, sofra takımı içeren bir resim&#10;&#10;Yapay zeka tarafından oluşturulmuş içerik yanlış olabilir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17521" cy="1344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77E2F" w14:textId="77777777" w:rsidR="00954182" w:rsidRDefault="00000000">
      <w:r w:rsidRPr="00342FE6">
        <w:rPr>
          <w:lang w:val="pt-PT"/>
        </w:rPr>
        <w:t>A) 144</w:t>
      </w:r>
      <w:r>
        <w:t>π</w:t>
      </w:r>
      <w:r w:rsidRPr="00342FE6">
        <w:rPr>
          <w:lang w:val="pt-PT"/>
        </w:rPr>
        <w:t xml:space="preserve">   B) 288</w:t>
      </w:r>
      <w:r>
        <w:t>π</w:t>
      </w:r>
      <w:r w:rsidRPr="00342FE6">
        <w:rPr>
          <w:lang w:val="pt-PT"/>
        </w:rPr>
        <w:t xml:space="preserve">   C) 432</w:t>
      </w:r>
      <w:r>
        <w:t>π</w:t>
      </w:r>
      <w:r w:rsidRPr="00342FE6">
        <w:rPr>
          <w:lang w:val="pt-PT"/>
        </w:rPr>
        <w:t xml:space="preserve">   D) 864</w:t>
      </w:r>
      <w:r>
        <w:t>π</w:t>
      </w:r>
    </w:p>
    <w:p w14:paraId="087073B1" w14:textId="4A4117F8" w:rsidR="00476A96" w:rsidRDefault="00476A96">
      <w:pPr>
        <w:rPr>
          <w:lang w:val="pt-PT"/>
        </w:rPr>
      </w:pPr>
    </w:p>
    <w:p w14:paraId="6B4E7ABB" w14:textId="63AF8EB7" w:rsidR="00476A96" w:rsidRPr="00342FE6" w:rsidRDefault="004C7851">
      <w:pPr>
        <w:rPr>
          <w:lang w:val="pt-PT"/>
        </w:rPr>
      </w:pPr>
      <w:r>
        <w:rPr>
          <w:noProof/>
          <w:lang w:val="pt-PT"/>
        </w:rPr>
        <w:drawing>
          <wp:inline distT="0" distB="0" distL="0" distR="0" wp14:anchorId="6102EE13" wp14:editId="07E5A14A">
            <wp:extent cx="4964723" cy="2710486"/>
            <wp:effectExtent l="0" t="0" r="7620" b="0"/>
            <wp:docPr id="346609559" name="Resim 5" descr="metin, diyagram, öykü gelişim çizgisi; kumpas; grafiğini çıkarma, çizgi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609559" name="Resim 5" descr="metin, diyagram, öykü gelişim çizgisi; kumpas; grafiğini çıkarma, çizgi içeren bir resim&#10;&#10;Yapay zeka tarafından oluşturulmuş içerik yanlış olabilir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72190" cy="2714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0A05A" w14:textId="77777777" w:rsidR="00954182" w:rsidRPr="00342FE6" w:rsidRDefault="00000000">
      <w:pPr>
        <w:rPr>
          <w:lang w:val="pt-PT"/>
        </w:rPr>
      </w:pPr>
      <w:r w:rsidRPr="00342FE6">
        <w:rPr>
          <w:lang w:val="pt-PT"/>
        </w:rPr>
        <w:t>Doğru cevap: A</w:t>
      </w:r>
    </w:p>
    <w:p w14:paraId="029456EB" w14:textId="77777777" w:rsidR="00954182" w:rsidRPr="00342FE6" w:rsidRDefault="00954182">
      <w:pPr>
        <w:rPr>
          <w:lang w:val="pt-PT"/>
        </w:rPr>
      </w:pPr>
    </w:p>
    <w:sectPr w:rsidR="00954182" w:rsidRPr="00342FE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2B97372"/>
    <w:multiLevelType w:val="hybridMultilevel"/>
    <w:tmpl w:val="60565644"/>
    <w:lvl w:ilvl="0" w:tplc="DC66E7B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73F6290C" w:tentative="1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27544D2C" w:tentative="1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</w:lvl>
    <w:lvl w:ilvl="3" w:tplc="DE366454" w:tentative="1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47A033EE" w:tentative="1">
      <w:start w:val="1"/>
      <w:numFmt w:val="upperLetter"/>
      <w:lvlText w:val="%5)"/>
      <w:lvlJc w:val="left"/>
      <w:pPr>
        <w:tabs>
          <w:tab w:val="num" w:pos="3600"/>
        </w:tabs>
        <w:ind w:left="3600" w:hanging="360"/>
      </w:pPr>
    </w:lvl>
    <w:lvl w:ilvl="5" w:tplc="89841F1C" w:tentative="1">
      <w:start w:val="1"/>
      <w:numFmt w:val="upperLetter"/>
      <w:lvlText w:val="%6)"/>
      <w:lvlJc w:val="left"/>
      <w:pPr>
        <w:tabs>
          <w:tab w:val="num" w:pos="4320"/>
        </w:tabs>
        <w:ind w:left="4320" w:hanging="360"/>
      </w:pPr>
    </w:lvl>
    <w:lvl w:ilvl="6" w:tplc="00EA79A0" w:tentative="1">
      <w:start w:val="1"/>
      <w:numFmt w:val="upperLetter"/>
      <w:lvlText w:val="%7)"/>
      <w:lvlJc w:val="left"/>
      <w:pPr>
        <w:tabs>
          <w:tab w:val="num" w:pos="5040"/>
        </w:tabs>
        <w:ind w:left="5040" w:hanging="360"/>
      </w:pPr>
    </w:lvl>
    <w:lvl w:ilvl="7" w:tplc="5478D390" w:tentative="1">
      <w:start w:val="1"/>
      <w:numFmt w:val="upperLetter"/>
      <w:lvlText w:val="%8)"/>
      <w:lvlJc w:val="left"/>
      <w:pPr>
        <w:tabs>
          <w:tab w:val="num" w:pos="5760"/>
        </w:tabs>
        <w:ind w:left="5760" w:hanging="360"/>
      </w:pPr>
    </w:lvl>
    <w:lvl w:ilvl="8" w:tplc="C906673C" w:tentative="1">
      <w:start w:val="1"/>
      <w:numFmt w:val="upp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FE20E6"/>
    <w:multiLevelType w:val="hybridMultilevel"/>
    <w:tmpl w:val="7C622BEE"/>
    <w:lvl w:ilvl="0" w:tplc="AF92189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C96846F6" w:tentative="1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AB7AFB5C" w:tentative="1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</w:lvl>
    <w:lvl w:ilvl="3" w:tplc="B0C4EA32" w:tentative="1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4818100C" w:tentative="1">
      <w:start w:val="1"/>
      <w:numFmt w:val="upperLetter"/>
      <w:lvlText w:val="%5)"/>
      <w:lvlJc w:val="left"/>
      <w:pPr>
        <w:tabs>
          <w:tab w:val="num" w:pos="3600"/>
        </w:tabs>
        <w:ind w:left="3600" w:hanging="360"/>
      </w:pPr>
    </w:lvl>
    <w:lvl w:ilvl="5" w:tplc="0B6A1EBA" w:tentative="1">
      <w:start w:val="1"/>
      <w:numFmt w:val="upperLetter"/>
      <w:lvlText w:val="%6)"/>
      <w:lvlJc w:val="left"/>
      <w:pPr>
        <w:tabs>
          <w:tab w:val="num" w:pos="4320"/>
        </w:tabs>
        <w:ind w:left="4320" w:hanging="360"/>
      </w:pPr>
    </w:lvl>
    <w:lvl w:ilvl="6" w:tplc="278A5B82" w:tentative="1">
      <w:start w:val="1"/>
      <w:numFmt w:val="upperLetter"/>
      <w:lvlText w:val="%7)"/>
      <w:lvlJc w:val="left"/>
      <w:pPr>
        <w:tabs>
          <w:tab w:val="num" w:pos="5040"/>
        </w:tabs>
        <w:ind w:left="5040" w:hanging="360"/>
      </w:pPr>
    </w:lvl>
    <w:lvl w:ilvl="7" w:tplc="FE549EAE" w:tentative="1">
      <w:start w:val="1"/>
      <w:numFmt w:val="upperLetter"/>
      <w:lvlText w:val="%8)"/>
      <w:lvlJc w:val="left"/>
      <w:pPr>
        <w:tabs>
          <w:tab w:val="num" w:pos="5760"/>
        </w:tabs>
        <w:ind w:left="5760" w:hanging="360"/>
      </w:pPr>
    </w:lvl>
    <w:lvl w:ilvl="8" w:tplc="02CC9C60" w:tentative="1">
      <w:start w:val="1"/>
      <w:numFmt w:val="upp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9E64BB"/>
    <w:multiLevelType w:val="hybridMultilevel"/>
    <w:tmpl w:val="0F160E66"/>
    <w:lvl w:ilvl="0" w:tplc="13AE47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053431">
    <w:abstractNumId w:val="8"/>
  </w:num>
  <w:num w:numId="2" w16cid:durableId="397821744">
    <w:abstractNumId w:val="6"/>
  </w:num>
  <w:num w:numId="3" w16cid:durableId="829365384">
    <w:abstractNumId w:val="5"/>
  </w:num>
  <w:num w:numId="4" w16cid:durableId="2031029601">
    <w:abstractNumId w:val="4"/>
  </w:num>
  <w:num w:numId="5" w16cid:durableId="979310762">
    <w:abstractNumId w:val="7"/>
  </w:num>
  <w:num w:numId="6" w16cid:durableId="241525277">
    <w:abstractNumId w:val="3"/>
  </w:num>
  <w:num w:numId="7" w16cid:durableId="1313755468">
    <w:abstractNumId w:val="2"/>
  </w:num>
  <w:num w:numId="8" w16cid:durableId="757874476">
    <w:abstractNumId w:val="1"/>
  </w:num>
  <w:num w:numId="9" w16cid:durableId="615984603">
    <w:abstractNumId w:val="0"/>
  </w:num>
  <w:num w:numId="10" w16cid:durableId="1624579597">
    <w:abstractNumId w:val="11"/>
  </w:num>
  <w:num w:numId="11" w16cid:durableId="2042513480">
    <w:abstractNumId w:val="9"/>
  </w:num>
  <w:num w:numId="12" w16cid:durableId="10858836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1D87"/>
    <w:rsid w:val="00034616"/>
    <w:rsid w:val="00055264"/>
    <w:rsid w:val="0006063C"/>
    <w:rsid w:val="00084594"/>
    <w:rsid w:val="00086F48"/>
    <w:rsid w:val="000A58EE"/>
    <w:rsid w:val="000E2CD8"/>
    <w:rsid w:val="0010253A"/>
    <w:rsid w:val="00141B8F"/>
    <w:rsid w:val="0015074B"/>
    <w:rsid w:val="001A1D42"/>
    <w:rsid w:val="001C2B64"/>
    <w:rsid w:val="00201D3B"/>
    <w:rsid w:val="0027372F"/>
    <w:rsid w:val="00277013"/>
    <w:rsid w:val="00293D53"/>
    <w:rsid w:val="0029639D"/>
    <w:rsid w:val="002B57E3"/>
    <w:rsid w:val="00326F90"/>
    <w:rsid w:val="00342FE6"/>
    <w:rsid w:val="00414742"/>
    <w:rsid w:val="00453904"/>
    <w:rsid w:val="00476A96"/>
    <w:rsid w:val="004C6F23"/>
    <w:rsid w:val="004C7851"/>
    <w:rsid w:val="004E16F3"/>
    <w:rsid w:val="006E2565"/>
    <w:rsid w:val="00733471"/>
    <w:rsid w:val="00740A7A"/>
    <w:rsid w:val="007644E4"/>
    <w:rsid w:val="00796E61"/>
    <w:rsid w:val="007C5A63"/>
    <w:rsid w:val="0082173C"/>
    <w:rsid w:val="00895FBF"/>
    <w:rsid w:val="008C33AC"/>
    <w:rsid w:val="008C5648"/>
    <w:rsid w:val="00902950"/>
    <w:rsid w:val="00915A7D"/>
    <w:rsid w:val="00931866"/>
    <w:rsid w:val="00954182"/>
    <w:rsid w:val="00A75865"/>
    <w:rsid w:val="00A84BEC"/>
    <w:rsid w:val="00AA1D8D"/>
    <w:rsid w:val="00AA2F39"/>
    <w:rsid w:val="00AF1743"/>
    <w:rsid w:val="00AF3045"/>
    <w:rsid w:val="00B17D83"/>
    <w:rsid w:val="00B47730"/>
    <w:rsid w:val="00BB1B78"/>
    <w:rsid w:val="00BF7390"/>
    <w:rsid w:val="00C82F4E"/>
    <w:rsid w:val="00CA7AFF"/>
    <w:rsid w:val="00CB0664"/>
    <w:rsid w:val="00CD7734"/>
    <w:rsid w:val="00D27E86"/>
    <w:rsid w:val="00D325D1"/>
    <w:rsid w:val="00D571E4"/>
    <w:rsid w:val="00D74D59"/>
    <w:rsid w:val="00DA755F"/>
    <w:rsid w:val="00E403E5"/>
    <w:rsid w:val="00E516D3"/>
    <w:rsid w:val="00E56C0B"/>
    <w:rsid w:val="00E8009A"/>
    <w:rsid w:val="00ED2CC6"/>
    <w:rsid w:val="00F85385"/>
    <w:rsid w:val="00F85E4B"/>
    <w:rsid w:val="00F922F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29A61F"/>
  <w14:defaultImageDpi w14:val="300"/>
  <w15:docId w15:val="{649FAF45-0C0D-4754-B756-CDDF7731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740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11</Pages>
  <Words>522</Words>
  <Characters>2981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qwer öz</cp:lastModifiedBy>
  <cp:revision>54</cp:revision>
  <dcterms:created xsi:type="dcterms:W3CDTF">2013-12-23T23:15:00Z</dcterms:created>
  <dcterms:modified xsi:type="dcterms:W3CDTF">2026-01-12T08:31:00Z</dcterms:modified>
  <cp:category/>
</cp:coreProperties>
</file>